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מקום בארץ – חידות תמונה: מזהים את היישוב?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מקום בארץ: חידות תמונה על יישובים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שלבי הפתרון ואת סולם הרמזים של חידות התמונה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שמונה דרכים לבניית חידה: צירוף, תצורה, סמיכות, הומופון, חיסור, מספר, זוגי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יישובים מהחידות לאזור הגיאוגרפי הנכון במפת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ולכתוב חידת תמונה חדשה תוך שימוש מודע במנגנון 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איך פותרים חידת תמונה: שלושה צעדים וסולם רמזים – היכרות עם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אומרים בקול מה רואים בכל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משחק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איך פותרים חידת תמונה: שלושה צעדים וסולם רמזים – היכרות עם השלבים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אפשר לדעת כמה מילים וכמה אותיות מחפשים.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הרמז הראשון הוא איזה אזור מופיע במפה, ולא משחק המילים.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איך פותרים חידת תמונה: שלושה צעדים וסולם רמזים – מיישמים את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איך פותרים חידת תמונה: שלושה צעדים וסולם רמזים – מיישמים את הצעדים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(אומרים בקול מה רואים בכל 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(סופרים משבצות ואותיות)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(מחברים ובודקים אם יש יישוב כזה)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(איזה אזור מופיע במפה)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(הסבר על משחק המילים)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מנגנוני לשון בסיסיים: צירוף מילים וסמיכות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בית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צורת נסמך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 המילים נשארות שלמות בלי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מנגנוני לשון בסיסיים: צירוף מילים וסמיכות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קריה הופכת לקריית (סמיכות), והמספר 8 נקרא בקול 'שמונה'.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בסמיכות המילה הראשונה (הנסמך) היא זו שמשנה צורה, למשל רמה הופכת לרמת.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מנגנוני לשון בסיסיים: צירוף מילים וסמיכות – השלמת צירופים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רמת 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קריית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טירת כרמל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מנגנוני לשון בסיסיים: צירוף מילים וסמיכות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(שתי מילים נשמרות כצורתן, כמו בית ושמש)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(המילה הראשונה משנה צורה, ה' הופכת לת')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(המילה הראשונה בצירוף סמיכות, כמו רמת או קריית)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(המילה השנייה בצירוף סמיכות, כמו גן או 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מנגנוני לשון מתקדמים: תצורה, הומופונים, חיסור אות, מספר וזוגי – זיהוי המנגנון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שנשמעת כמו מילה אחרת אך נכתבת או מתפרשת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סמיכות – ה' הופכת לת'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חיסור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צורת זוגי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מספר במקום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מנגנוני לשון מתקדמים: תצורה, הומופונים, חיסור אות, מספר וזוגי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טירת כרמל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רהט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מנגנוני לשון מתקדמים: תצורה, הומופונים, חיסור אות, מספר וזוגי – הסבר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 המילים נשמעות אותו דבר אך נכתבות או מתפרשות אחרת, כך אפשר לצייר מילה אחת ולרמוז על השם האמיתי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שבה חלק מצויר וחלק נכתב באותיות ומרכיבה שם יישוב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כשאין דרך לצייר מילה שלמה, מורידים ממנה אות ומקבלים מילה חדשה שמתאימה ליישוב; יש לתת דוגמה הגיונית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במצב סמיכות הסיומת ה בסוף המילה הראשונה הופכת לת, לדוגמה קריה-קריית וגבעה-גבעת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גיאוגרפיה של ישראל: אזורים ויישובים בחידות – היכרות עם האזורים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חיפה והכרמל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נשר וטירת כרמל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העמקים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גיאוגרפיה של ישראל: אזורים ויישובים בחידות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שניהם נמצאים בדרום הארץ, בתוך אזור הנגב והערבה שבאתר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אלה שני אזורים נפרדים ברשימת ששת האזורים שמופיעה במסך 'כל החידות'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גיאוגרפיה של ישראל: אזורים ויישובים בחידות – שיוך יישובים לאזור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נגב והערבה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חיפה והכרמל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השרון והמרכז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גיאוגרפיה של ישראל: אזורים ויישובים בחידות – התאמת יישוב לאזור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(הגליל והצפון)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(חיפה והכרמל)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(העמקים)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(השרון והמרכז)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(השפלה והדרום)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(הנגב והערבה)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חידת תמונה משלכם – מכירים את הדרכים לבניית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מחלקים אותו לחלקים שאפשר לצייר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כשחלק מהשם אי אפשר לצייר בתמונה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רהט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חידת תמונה משלכם – תרגול פירוק שמות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נוצרת צורת הנסמך בעברית, למשל רמה הופכת לרמת 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הומופון הוא מילים שנשמעות אותו דבר אבל נכתבות או מתפרשות אחרת, כמו אתה ואתא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בונים חידת תמונה משלכם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נהריה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גבעתיים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קריית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בונים חידת תמונה משלכם – התאמת דרך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(ראש 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(רמת 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(קריית אתא)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(רהט)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(באר שבע)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חזרה, משחקים וסיכום – זיכרון ועובדות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משחק מילים שבו מפרקים שם יישוב לחלקים מצוירים ומרכיבים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שלושה: מפה, אות ראשונה, משחק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2, 3 או 4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לכתוב איך פתרו את החידה לפני חשיפת התשובה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דוגמה נכונה משני הסוגים ומציינת את שינוי ה'-ה' ל'-ת' בסמיכות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ההסבר מזכיר שהמילים נשמעות זהה אך נכתבות/מתפרשות אחרת, עם דוגמה כמו אתה/אתא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היישובים משויכים נכון לאזור על פי החלוקה לשישה אזורים שהוצגה בחוברת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שלוש עד ארבע שיעורים: שיעור אחד לעקרונות הפתרון, שיעור אחד למנגנוני הלשון, שיעור לגיאוגרפיה ובניית חידה, ושיעור סיכום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להתחיל מצירוף וסמיכות בלבד ולהוסיף הומופונים ומספרים בהמשך, בהתאם למסלול המתאים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פרק הבנייה כדאי לאפשר עבודה בזוגות: אחד/ת בוחר/ת יישוב והשני/ה מנחש/ת, כדי לתרגל גם הסבר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כל פרק מומלץ להשתמש בכרטיס הסבירו את התשובה כדי לוודא הבנה של המנגנון הלשוני ולא רק ניחוש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מקום בארץ – חידות תמונה: מזהים את היישוב?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מקום בארץ: חידות תמונה על יישובים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לומדים איך בונים חידת תמונה של יישוב בישראל. עוברים על הפרקים לפי הסדר, ומנסים להסביר כל תשובה לפני שבודקים. בסוף בונים חידה בעצמכם.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חידת תמונה: מרכיבים מילה מתמונות, אותיות ומספרים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מקום הבנוי משתי מילים שלמות, כמו בית 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שהראשונה משנה צורה, כמו רמה שהופכת לרמת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נסמך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הראשונה בסמיכות, זו שמשתנה (ה' הופכת לת')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תצורה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מילה מבסיס וסופית, כמו נהר+יה=נהריה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הומופון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שנשמעות אותו דבר אך נכתבות או מתפרשות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הומונים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בעלת יותר ממשמעות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צורת זוגי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ריבוי לשני פריטים זהים, כמו גבעתיים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סולם רמזים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עזרה בחידה: מפה, אות ראשונה, משחק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איך פותרים חידת תמונה: שלושה צעדים וסולם רמזים – היכרות עם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 כשרואים 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בודקים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בקול מה רואים בכל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מחפשים רמז 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תשובה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רמזים אפשר לקבל?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רמז מגלים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 אזור (מפה)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האותיות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איך פותרים חידת תמונה: שלושה צעדים וסולם רמזים – היכרות עם השלבים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הצעד השני בפתרון הוא לספור כמה משבצות ואותיות יש בתשובה.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הרמז הראשון בסולם הרמזים הוא משחק המילים.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איך פותרים חידת תמונה: שלושה צעדים וסולם רמזים – מיישמים את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לבדוק אם פתרנו נכון, בודקים אם קיים __________ בשם כזה.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בתמונה של 'עין' אפשר לחשוב גם על מילה אחרת: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איך פותרים חידת תמונה: שלושה צעדים וסולם רמזים – מיישמים את הצעדים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צעד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על משחק המילים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צעד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איזה אזור מופיע במפה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צעד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סופרים משבצות ואותיות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רמז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מחברים ובודקים אם יש יישוב כזה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רמז אחרון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אומרים בקול מה רואים בכל תמונה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מנגנוני לשון בסיסיים: צירוף מילים וסמיכות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שם מורכב משתי מילים שלמות, בלי שינוי?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קריית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טירת 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לשינוי של 'רמה' ל'רמת'?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הומופון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צורת נסמך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צורת זוגי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ראשי תיבות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דומה בין 'ראש פינה' ל'כפר יונה'?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שתיהן דוגמאות לסמיכות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המילים נשארות שלמות בלי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בהן מספר שהוא חלק מהשם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הורידו מהן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השתנתה ב'קריית 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מנגנוני לשון בסיסיים: צירוף מילים וסמיכות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'קריית שמונה' יש גם שינוי בסוף המילה הראשונה וגם מספר שנקרא כמילה.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סמיכות, שינוי הצורה חל על המילה השנייה בצירוף (הסומך) ולא על הראשונה.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מנגנוני לשון בסיסיים: צירוף מילים וסמיכות – השלמת צירופים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רמה + גן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קריה + ים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טירה + כרמל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מנגנוני לשון בסיסיים: צירוף מילים וסמיכות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צירוף מילים שלמות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המילה הראשונה בצירוף סמיכות, כמו רמת או קריית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המילה השנייה בצירוף סמיכות, כמו גן או 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נסמך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שתי מילים נשמרות כצורתן, כמו בית ושמש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סומך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המילה הראשונה משנה צורה, ה' הופכת לת'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מנגנוני לשון מתקדמים: תצורה, הומופונים, חיסור אות, מספר וזוגי – זיהוי המנגנון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שתי מילים שנשמעות אותו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שנשמעת כמו מילה אחרת אך נכתבת או מתפרשת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שמחברת שתי מילים 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 שמורידים ממילה מוכרת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ספרה שקוראים אותה כמילה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רמה הופכת לרמת כשמוסיפים 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סמיכות – ה' הופכת לת'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חיסור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במקום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צורת זוגי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כשמורידים אות ממילה?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חיסור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צירוף מילים 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הומופון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צורת זוגי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כשכופלים את אותה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צורת זוגי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הומופון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במקום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משתמשים בספרה בחידה?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במקום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חיסור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צורת זוגי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סמיכות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מנגנוני לשון מתקדמים: תצורה, הומופונים, חיסור אות, מספר וזוגי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נהר + __________ = נהריה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קריה + __________ = קריית שמונה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טירה + כרמל, בצורת סמיכות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חולה (לא מרגיש טוב) נשמע כמו __________ (אזור בצפון) – דוגמה להומופון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רהיט פחות האות י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מנגנוני לשון מתקדמים: תצורה, הומופונים, חיסור אות, מספר וזוגי – הסבר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אתה ואתא נחשבים הומופונים, ולמה זה מועיל לבניית חידת תמונה.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המציאו דוגמה משלכם למנגנון מילה+אותיות (כמו נהר+יה) וכתבו איזה יישוב מתקבל.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מתי כדאי להשתמש בחיסור אות בבניית חידה, ותנו דוגמה נוספת מלבד רהט.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נסחו כלל כללי המסביר איך סמיכות משנה את צורת המילה הראשונה, והדגימו בעזרת שני יישובים נוספים.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גיאוגרפיה של ישראל: אזורים ויישובים בחידות – היכרות עם האזורים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אזורים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חיפה שייכת לאיזה אזור?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הגליל והצפון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 והכרמל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השרון והמרכז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העמקים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יישובים שייכים לאזור של חיפה?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נשר וטירת 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אילת ורהט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סבא ורעננה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קריית גת ויבנה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חידה 32 שייכת לאיזה אזור?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הנגב והערבה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השפלה והדרום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העמקים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הגליל והצפון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גיאוגרפיה של ישראל: אזורים ויישובים בחידות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'הנגב והערבה' כולל יישובים כמו אילת ומצפה רמון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'העמקים' זהה לאזור 'הגליל והצפון'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גיאוגרפיה של ישראל: אזורים ויישובים בחידות – שיוך יישובים לאזור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רהט ובאר שבע נמצאים באזור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חיפה, נשר וטירת כרמל שייכים לאזור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כפר סבא ורעננה שייכים לאזור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גיאוגרפיה של ישראל: אזורים ויישובים בחידות – התאמת יישוב לאזור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נהריה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חיפה והכרמל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הנגב והערבה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עפולה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השפלה והדרום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כפר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העמקים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קריית גת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הגליל והצפון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מצפה 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השרון והמרכז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בונים חידת תמונה משלכם – מכירים את הדרכים לבניית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השלב הראשון בבניית 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מחלקים אותו לחלקים שאפשר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מתרגמים אותו לאנגלית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אותיות באקראי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הופכים את הסדר של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כותבים אותיות ולא מציירים?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כשכל השם אפשר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כשחלק מהשם אי אפשר לצייר בתמונה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כשהשם מתחיל במספר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כשיש שתי מילים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מהדוגמאות היא חיבור של שתי מילים שלמות?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רמת 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רהט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מקבלים כשמורידים אות מהמילה רהיט?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רהט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רענן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בונים חידת תמונה משלכם – תרגול פירוק 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בסמיכות, הסיומת ה בסוף המילה הראשונה הופכת ל ת, כמו ברמה שהופכת לרמת גן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הומופון הוא מילה שנכתבת אותו דבר אך נשמעת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בונים חידת תמונה משלכם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בית + שמש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נהר + יה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גבעה + גבעה = __________ (צורת זוגי)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קריה + ים = __________ (צורת נסמך)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בונים חידת תמונה משלכם – התאמת דרך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צירוף מילים שלמות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באר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ראש פינה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הומופון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רמת 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חיסור 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קריית אתא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מספר במקום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רהט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חזרה, משחקים וסיכום – זיכרון ועובדות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חידת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מילים שבו מפרקים שם יישוב לחלקים מצוירים ומרכיבים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 של ישראל עם שמות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שאלות אמריקאיות על גיאוגרפיה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סרטון הסבר על יישובים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בסולם הרמזים של 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שלושה: מפה, אות ראשונה, משחק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במשחק הקבוצות, כמה קבוצות אפשר לבחור?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2, 3 או 4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6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כרטיס 'הסבירו את התשובה'?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איך פתרו את החידה לפני חשיפת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להעתיק את התשובה מהמורה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נגד הזמן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תמונה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בלשוני מה ההבדל בין צירוף מילים לבין סמיכות, עם דוגמה לכל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לזהות הומופון בחידת תמונה ולהסביר למה הוא יוצר קושי בפתרון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לשייך לפחות שלושה יישובים מהחידות לאזור הגיאוגרפי הנכון שלהם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מקום בארץ: חידות תמונה על יישובים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